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ניווט: איך מתמודדים עם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תחנות המסלול בקריאת טקסט: לפני, בזמן, אחרי וכרטיסי SOS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 פעילה כמו סימון מילות מפתח, ניבוי וסריקת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תשובות מלאות הכוללות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התמודדות עצמאית עם קשיים בטקסט (מילה קשה, טקסט ארוך, לחץ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לפני הקריאה: מתכוננים למסע – זיהוי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לבדוק אם הכותרת מבטיחה על מה הטקסט ידבר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לפני הקריאה: מתכוננים למסע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בדוגמת הכרטיס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הכרטיס מבקש להסתכל גם על התמונה וגם על הכיתוב שמתחתיה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לפני הקריאה: מתכוננים למסע – יישום על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הנושא שהכותרת מציגה?)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פסקאות יש בטקסט?)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רואים בתמונה ובכיתוב שמתחתיה?)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אני מצפה ללמוד מהטקסט?)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לפני הקריאה: מתכוננים למסע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בזמן הקריאה: עוצרים, מסמנים, שואלים – זוכרים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הכרטיס מלמד להבחין בין עובדה שאפשר לבדוק לבין דעה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הכרטיס מציע להבין את המילה מתוך המשפטים שסביבה, בלי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תפקידו של הכרטיס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בזמן הקריאה: עוצרים, מסמנים, שואלים – מתרגלים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בזמן הקריאה: עוצרים, מסמנים, שואלים – מתאימים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(מדגישים במהלך הקריאה את המילים החשובות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(מבחינים בין מידע שאפשר לבדוק לבין דעה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(מבינים משמעות מילה מתוך המשפטים שסביבה)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(מזהים מילים שמחברות בין רעיונות, כמו תמרורים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 הקריאה: מסכמים ועונים – מכירים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(כתיבת הרעיונות החשובים בטקסט במשפטים מעטים)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(מציאת מידע שמופיע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(הבנת דבר שלא נכתב במפורש אלא נרמז)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(מציאת דמיון והבדל בין שני דברים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 הקריאה: מסכמים ועונים – מתרגלים עם 'גינה על הגג'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למצוא מידע שכתוב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טענה, נימוק ודוגמה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 הקריאה: מסכמים ועונים – כותבים בעצמנו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כרטיסי SOS: נתקעתם? – היכרות עם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כרטיסי חילוץ לרגעי קושי בקריאה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ארוך כדאי לעצור ולחלק אותו לקטעים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בדיוק מציע כרטיס 'מילה קשה מאוד'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כרטיסי SOS: נתקעתם? – הפעלה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כרטיסי SOS: נתקעתם?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(חוזרים לפסקה הקודמת וקוראים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(מחלקים אותו לקטעים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(מנסים להבין אותה מההקשר)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(קובעים לעצמם כמה דקות לכל 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כרטיסי SOS: נתקעתם? – כתיבה ויישום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תרגול מסכם: מסלול שלם על טקסט – זיכרון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מסכם: מסלול שלם על טקסט – תרגול עם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כתיבת סיכום שייכת לתחנת 'אחרי הקריאה'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כרטיסי חילוץ לרגעי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מסכם: מסלול שלם על טקסט – שימוש בכרטיסים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כיתה 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מסכם: מסלול שלם על טקסט –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(סריקת כותרות משנה וחיזוי התוכן)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(סימון מילות מפתח ועצירה לבדיקת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(כתיבת סיכום קצר ומענה על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(נשימה והרגעה כשיש לחץ במבחן)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מכירים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בזמן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מיישמים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פעולה אחת מכל תחנה, למשל קריאת כותרת, סימון מילת מפתח, וכתיבת סיכום.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לתאר את ארבע התחנות: לפני, בזמן, אחרי, SOS ולתת דוגמה לפעולה אחת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שלושה חלקים ברורים: טענה, מילת נימוק (כי) ודוגמה (למשל)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מזכיר/ה לפחות שתי אסטרטגיות חילוץ כמו חזרה על המשפט, פירוק מילה, או נשימה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לארבעה שיעורים נפרדים – שיעור לכל תחנה, ושיעור חמישי לתרגול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את מספר השאלות המנחות בכל כרטיס ולהוסיף הקראה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לצרף בנק מילים ותמונות ליד כל תרגיל, ולהשתמש במשפטים קצרים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עמודי ההדפסה והכרטיסים הפיזיים כתחנות עבודה בכיתה, לצד מילוי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ניווט: איך מתמודדים עם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על החוברת לפי סדר הפרקים – כל פרק מתאים לתחנה אחת במסלול הניווט בטקסט. בכל תרגיל קראו את ההוראה, עיינו בדוגמה אם יש, ואז נסו בעצמכם לפני שעוברים הלאה.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הבנתי  ·  3  ·  חמניות  ·  4  ·  בדיקה  ·  כיתה ירוקה  ·  שואלים  ·  הקשר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לפני הקריאה: מתכוננים למסע – זיהוי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כרטיס "כותרת – מה היא מבטיחה?"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אם הכותרת מבטיחה על מה הטקסט ידבר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לספור כמה מילים יש 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לתרגם את הכותרת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כרטיסים יש בתחנה "לפני הקריאה"?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הדוגמה, כמה פסקאות יש בטקסט "גינה על הגג"?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לפני הקריאה: מתכוננים למסע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כותרת המשנה של "גינה על הגג" היא "איך גג מאובק הפך לכיתה ירוקה"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"תמונה, איור, גרף" מבקש להתעלם מהכיתוב שמתחת לתמונה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לפני הקריאה: מתכוננים למסע – יישום על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– מה היא מבטיחה?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רואים בתמונה ובכיתוב שמתחתיה?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סריקה: מבנה וכותרות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אני מצפה ללמוד מהטקסט?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תמונה, איור, 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הנושא שהכותרת מציגה?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ניבוי – מה יהיה בטקסט?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כמה פסקאות יש בטקסט?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לפני הקריאה: מתכוננים למסע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באיור שליד הטקסט "גינה על הגג" רואים גג עם ערוגות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הכיתוב מתחת לאיור בטקסט "גינה על הגג" הוא "תורנות גינה – שבוע 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בזמן הקריאה: עוצרים, מסמנים, שואלים – זוכרים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"עובדה או דעה" עוזר להבחין בין משפט שאפשר לבדוק לבין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"מילה לא מוכרת" מציע תמיד לחפש את המילה במילון ולא להתבונן בהקשר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"הרעיון המרכזי בפסקה" עוזר לאתר את הרעיון החשוב ביותר בפסקה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בזמן הקריאה: עוצרים, מסמנים, שואלים – מתרגלים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 "__________ תוך כדי קריאה" מעודד לעצור ולשאול שאלות על הטקסט בזמן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הכרטיס "עוצרים ובודקים: __________?" בודק אם הקורא הבין את מה שקרא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בזמן הקריאה: עוצרים, מסמנים, שואלים – מתאימים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סימון 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מזהים מילים שמחברות בין רעיונות, כמו תמרורים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עובדה או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מבינים משמעות מילה מתוך המשפטים שסביבה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מילה לא מוכרת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מבחינים בין מידע שאפשר לבדוק לבין דעה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מדגישים במהלך הקריאה את המילים החשובות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אחרי הקריאה: מסכמים ועונים – מכירים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סיכום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הבנת דבר שלא נכתב במפורש אלא נרמז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שאלת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מציאת דמיון והבדל בין שני דברים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שאלת הסקה – בין השורות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כתיבת הרעיונות החשובים בטקסט במשפטים מעטים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שאלת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מציאת מידע שמופיע במפורש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אחרי הקריאה: מסכמים ועונים – מתרגלים עם 'גינה על הגג'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פסקה ב'גינה על הגג' מופיעה מילת הקישור 'עם זאת', שמציגה 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פסקה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פסקה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פסקה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שאלת איתור דורשת מהקורא/ת...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לנחש מה יקרה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למצוא מידע שכתוב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תשובה מלאה, לפי המסלול שלמדנו, בנויה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טענה, נימוק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דוגמה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אחרי הקריאה: מסכמים ועונים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כרטיסי SOS: נתקעתם? – היכרות עם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כרטיסי ה-SOS מיועדים לרגע שבו קוראים נתקעים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כשהטקסט ארוך, מומלץ לקרוא אותו בבת אחת בלי לעצור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כשנתקלים במילה קשה מאוד, אפשר לנסות להבין אותה מתוך ההקשר שסביבה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כרטיסי SOS: נתקעתם? – הפעלה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כשנתקלים במילה קשה מאוד, כדאי לנסות להבין אותה מתוך ה__________ שסביבה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הגשת המבחן חשוב לעשות __________ על כל התשובות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כרטיסי SOS: נתקעתם?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נתקעתי באמצע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מחלקים אותו לקטעים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הטקסט ארוך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מנסים להבין אותה מההקשר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 מילה קשה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קובעים לעצמם כמה דקות לכל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אין מספיק זמן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חוזרים לפסקה הקודמת וקוראים 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כרטיסי SOS: נתקעתם?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תרגול מסכם: מסלול שלם על טקסט – זיכרון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במסלול הניווט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תחנה שואלים 'מה הכותרת מבטיחה לי?'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תרגול מסכם: מסלול שלם על טקסט – תרגול עם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תחנת 'בזמן הקריאה' עוסקת בכתיבת סיכום של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כרטיסי SOS נועדו לרגעים שבהם נתקעים בטקסט או במילה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תרגול מסכם: מסלול שלם על טקסט – שימוש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כותרת המשנה של הטקסט 'גינה על הגג' היא: איך גג מאובק הפך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בטקסט 'גינה על הגג' יש __________ פסקאות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תרגול מסכם: מסלול שלם על טקסט –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נשימה והרגעה כשיש לחץ במבחן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סריקת כותרות משנה וחיזוי התוכן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סימון מילות מפתח ועצירה לבדיקת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כרטיסי SOS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כתיבת סיכום קצר ומענה על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מכירים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תחנה שייך כרטיס "כותרת – מה היא מבטיחה?"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כרטיס "סימון מילות מפתח" שייך לאיזו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כרטיסים יש בתחנה "אחרי הקריאה"?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מיישמים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טקסט קצר שקראתם לאחרונה ותארו מה עשיתם בכל אחת משלוש התחנות: לפני, בזמן ואחרי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לפרט מה עושים בכל אחת מארבע התחנות של המסלול?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מצליח/ה לבנות תשובה הכוללת טענה, נימוק ודוגמה?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כרטיסיות ניווט: איך מתמודדים עם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