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ניווט: איך מתמודדים עם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תחנות המסלול בקריאת טקסט: לפני, בזמן, אחרי וכרטיסי SOS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אסטרטגיות קריאה פעילה כמו סימון מילות מפתח, ניבוי וסריקת 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תשובות מלאות הכוללות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התמודדות עצמאית עם קשיים בטקסט (מילה קשה, טקסט ארוך, לחץ זמן)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לפני הקריאה: מתכוננים למסע – זיהוי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לבדוק אם הכותרת מבטיחה על מה הטקסט ידבר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לעבור במבט מהיר ולבדוק מבנה וכותרות 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לפני הקריאה: מתכוננים למסע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בדוגמת הכרטיס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הכרטיס מבקש להסתכל גם על התמונה וגם על הכיתוב שמתחתיה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לפני הקריאה: מתכוננים למסע – יישום על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הנושא שהכותרת מציגה?)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(כמה פסקאות יש בטקסט?)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(מה רואים בתמונה ובכיתוב שמתחתיה?)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אני מצפה ללמוד מהטקסט?)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(מה אני כבר יודעים על הנושא לפני הקריאה?)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לפני הקריאה: מתכוננים למסע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בזמן הקריאה: עוצרים, מסמנים, שואלים – זוכרים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הכרטיס מלמד להבחין בין עובדה שאפשר לבדוק לבין דעה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הכרטיס מציע להבין את המילה מתוך המשפטים שסביבה, בלי 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תפקידו של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הכרטיס עוסק בדימוי חזותי של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שייכים לתחנה "בזמן הקריאה" במסלול הניווט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בזמן הקריאה: עוצרים, מסמנים, שואלים – מתרגלים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סימון מילות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בזמן הקריאה: עוצרים, מסמנים, שואלים – מתאימים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(מדגישים במהלך הקריאה את המילים החשובות ביותר)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(מבחינים בין מידע שאפשר לבדוק לבין דעה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(מבינים משמעות מילה מתוך המשפטים שסביבה)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(מזהים מילים שמחברות בין רעיונות, כמו תמרורים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(מדמיינים בעיניים הרוחניות את מה שכתוב)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 הקריאה: מסכמים ועונים – מכירים את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(כתיבת הרעיונות החשובים בטקסט במשפטים מעטים)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(מציאת מידע שמופיע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(הבנת דבר שלא נכתב במפורש אלא נרמז)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(מציאת דמיון והבדל בין שני דברים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(הבעת דעה מנומקת בעקבות הטקסט)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 הקריאה: מסכמים ועונים – מתרגלים עם 'גינה על הגג'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פסקה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למצוא מידע שכתוב במפורש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שאלת הבנה דורשת להסביר משמעות ולא רק לאתר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טענה, נימוק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ציטוט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 הקריאה: מסכמים ועונים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הפכו גג מאובק לגינה ירוקה; יש לכך יתרונות, אך גם קשיים; תלמידה משתפת מהחוויה 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שמשווה בין מצב הגג לפני ואחרי, או בין יתרון לקושי שהוזכרו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טענה ברורה (כן/לא), נימוק עם 'כי', ודוגמה קונקרטית עם 'למשל' הקשורה לטקסט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כרטיסי SOS: נתקעתם? – היכרות עם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כרטיסי חילוץ לרגעי קושי בקריאה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ארוך כדאי לעצור ולחלק אותו לקטעים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בדיוק מציע כרטיס 'מילה קשה מאוד'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הדרך להירגע כשהלחץ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כרטיסי SOS: נתקעתם? – הפעלה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כרטיסי SOS: נתקעתם?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(חוזרים לפסקה הקודמת וקוראים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(מחלקים אותו לקטעים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(מנסים להבין אותה מההקשר)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(קובעים לעצמם כמה דקות לכל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(עוצרים לרגע ונושמים עמוק)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כרטיסי SOS: נתקעתם? – כתיבה ויישום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אעצור, אחזור לקרוא את הפסקה הקודמת, ואנסה להבין מהי השאלה שהטקסט עונה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לקרוא שוב את כל התשובות, לבדוק שעניתי על כל השאלות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תרגול מסכם: מסלול שלם על טקסט – זיכרון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טענה + נימוק + 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תרגול מסכם: מסלול שלם על טקסט – תרגול עם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כתיבת סיכום שייכת לתחנת 'אחרי הקריאה'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כרטיסי חילוץ לרגעי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תרגול מסכם: מסלול שלם על טקסט – שימוש בכרטיסים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כיתה ירוקה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תרגול מסכם: מסלול שלם על טקסט – התאמת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(סריקת כותרות משנה וחיזוי התוכן)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(סימון מילות מפתח ועצירה לבדיקת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(כתיבת סיכום קצר ומענה על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(נשימה והרגעה כשיש לחץ במבחן)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מכירים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בזמן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מילה לא מוכרת – מבינים מההקשר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טענה + נימוק +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כרטיסי SOS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איתור מוצאים ישירות בטקסט, הסקה דורשת קריאה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גינה על הגג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מיישמים את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לפחות פעולה אחת מכל תחנה, למשל קריאת כותרת, סימון מילת מפתח, וכתיבת סיכום.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הכוללת טענה ברורה, נימוק עם "כי" ודוגמה עם "למשל".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המזכירה שני כרטיסים מתאימים כגון "טקסט ארוך" ו"ניהול זמן במבחן" עם הסבר קצר כיצד כל אחד עוזר.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לתאר את ארבע התחנות: לפני, בזמן, אחרי, SOS ולתת דוגמה לפעולה אחת מכל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שלושה חלקים ברורים: טענה, מילת נימוק (כי) ודוגמה (למשל)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מזכיר/ה לפחות שתי אסטרטגיות חילוץ כמו חזרה על המשפט, פירוק מילה, או נשימה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לארבעה שיעורים נפרדים – שיעור לכל תחנה, ושיעור חמישי לתרגול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לקצר את מספר השאלות המנחות בכל כרטיס ולהוסיף הקראה בקול רם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לצרף בנק מילים ותמונות ליד כל תרגיל, ולהשתמש במשפטים קצרים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עמודי ההדפסה והכרטיסים הפיזיים כתחנות עבודה בכיתה, לצד מילוי החוברת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כרטיסיות ניווט – איך מתמודדים עם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ניווט: איך מתמודדים עם טקסט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עבדו על החוברת לפי סדר הפרקים – כל פרק מתאים לתחנה אחת במסלול הניווט בטקסט. בכל תרגיל קראו את ההוראה, עיינו בדוגמה אם יש, ואז נסו בעצמכם לפני שעוברים הלאה.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לפני הקריאה: מתכוננים למסע – זיהוי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כרטיס "כותרת – מה היא מבטיחה?"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אם הכותרת מבטיחה על מה הטקסט ידבר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לספור כמה מילים יש בכותרת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לתרגם את הכותרת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איור לכותרת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כרטיסים יש בתחנה "לפני הקריאה"?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הדוגמה, כמה פסקאות יש בטקסט "גינה על הגג"?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כרטיס "סריקה" מבקש מהקוראים: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את כל הטקסט במלואו ולאט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לעבור במבט מהיר ולבדוק מבנה וכותרות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על הכותרות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סיכום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לפני הקריאה: מתכוננים למסע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המשנה של "גינה על הגג" היא "איך גג מאובק הפך לכיתה ירוקה"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"תמונה, איור, גרף" מבקש להתעלם מהכיתוב שמתחת לתמונה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לפני הקריאה: מתכוננים למסע – יישום על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– מה היא מבטיחה?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אני מצפה ללמוד מהטקסט?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סריקה: מבנה וכותרות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הנושא שהכותרת מציגה?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תמונה, איור, 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כמה פסקאות יש בטקסט?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ניבוי – מה יהיה בטקסט?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אני כבר יודעים על הנושא לפני הקריאה?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ידע קודם – מה כבר ידוע 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רואים בתמונה ובכיתוב שמתחתיה?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לפני הקריאה: מתכוננים למסע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באיור שליד הטקסט "גינה על הגג" רואים גג עם ערוגות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הכיתוב מתחת לאיור בטקסט "גינה על הגג" הוא "תורנות גינה – שבוע 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בזמן הקריאה: עוצרים, מסמנים, שואלים – זוכרים את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"עובדה או דעה" עוזר להבחין בין משפט שאפשר לבדוק לבין דעה אישית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"מילה לא מוכרת" מציע תמיד לחפש את המילה במילון ולא להתבונן בהקשר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"הרעיון המרכזי בפסקה" עוזר לאתר את הרעיון החשוב ביותר בפסקה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"רואים את זה בדמיון" מבקש מהקורא לדמיין בעיניו הרוחניות את מה שכתוב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8 כרטיסי "בזמן הקריאה" שייכים לתחנה "אחרי הקריאה" במסלול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בזמן הקריאה: עוצרים, מסמנים, שואלים – מתרגלים את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"__________ תוך כדי קריאה" מעודד לעצור ולשאול שאלות על הטקסט בזמן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הכרטיס "עוצרים ובודקים: __________?" בודק אם הקורא הבין את מה שקרא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כרטיס "__________ מפתח" מבקש לסמן במהלך הקריאה את המילים החשובות ביותר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כרטיס "מילות __________" עוסק במילים שמחברות בין רעיונות בטקסט, כמו תמרורים בדרך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בזמן הקריאה: עוצרים, מסמנים, שואלים – מתאימים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סימון מילות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מדמיינים בעיניים הרוחניות את מה שכתוב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עובדה או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מבינים משמעות מילה מתוך המשפטים שסביבה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מילה לא מוכרת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מבחינים בין מידע שאפשר לבדוק לבין דעה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מדגישים במהלך הקריאה את המילים החשובות ביותר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רואים את זה בדמיון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מזהים מילים שמחברות בין רעיונות, כמו תמרורים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אחרי הקריאה: מסכמים ועונים – מכירים את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סיכום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הבעת דעה מנומקת בעקבות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שאלת איתור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מציאת דמיון והבדל בין שני דברים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שאלת הסקה – בין השורות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מציאת מידע שמופיע במפורש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שאלת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הבנת דבר שלא נכתב במפורש אלא נרמז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שאלת 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כתיבת הרעיונות החשובים בטקסט במשפטים מעטים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אחרי הקריאה: מסכמים ועונים – מתרגלים עם 'גינה על הגג'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פסקה ב'גינה על הגג' מופיעה מילת הקישור 'עם זאת', שמציגה 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פסקה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פסקה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פסקה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פסקה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שאלת איתור דורשת מהקורא/ת...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לנחש מה יקרה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למצוא מידע שכתוב במפורש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להשוות בין שני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שאלת הבנה ופרשנות לשאלת איתור?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שאלת הבנה דורשת להסביר משמעות ולא רק לאתר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שתיהן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שאלת הבנה שואלת רק על שמות של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שאלת איתור תמיד קשה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תשובה מלאה, לפי המסלול שלמדנו, בנויה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טענה, נימוק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נגדית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בכרטיס 'ראיה מהטקסט' מחפשים משפט או ___ שתומכים בתשובה.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ציטוט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שאלת ___ עוזרת להבין מה כתוב בין השורות, גם אם לא נאמר במפורש.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אחרי הקריאה: מסכמים ועונים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סיכום קצר (2-3 משפטים) של הטקסט 'גינה על הגג', לפי סדר הפסקאות שלמדתם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השוואה אחת שאפשר לשאול על 'גינה על הגג' (למשל בין המצב לפני ואחרי הגינה).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תשובה מלאה (טענה + נימוק + דוגמה) לשאלה: האם כדאי שבבית ספר תהיה גינה על הגג?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כרטיסי SOS: נתקעתם? – היכרות עם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ה-SOS מיועדים לרגע שבו קוראים נתקעים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כשהטקסט ארוך, מומלץ לקרוא אותו בבת אחת בלי לעצור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כשנתקלים במילה קשה מאוד, אפשר לנסות להבין אותה מתוך ההקשר שסביבה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'לחץ? רגע של נשימה' מציע לעצור לרגע ולנשום לפני שממשיכים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כרטיסי SOS: נתקעתם? – הפעלה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כשנתקלים במילה קשה מאוד, כדאי לנסות להבין אותה מתוך ה__________ שסביבה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הגשת המבחן חשוב לעשות __________ על כל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__________ כדאי לעצור בכל פסקה ולבדוק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כשמרגישים לחץ במבחן, רגע של __________ עמוקה יכול לעזור להירגע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כרטיסי SOS: נתקעתם?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נתקעתי באמצע 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מחלקים אותו לקטעים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הטקסט ארוך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עוצרים לרגע ונושמים עמוק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 מילה קשה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חוזרים לפסקה הקודמת וקוראים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אין מספיק זמן במבחן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מנסים להבין אותה מההקשר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מרגישים לחץ ומתח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קובעים לעצמם כמה דקות לכל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כרטיסי SOS: נתקעתם? – כתיבה ויישום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כתבו: מה תעשו אם תיתקעו באמצע קריאת טקסט במבחן?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פעולות שתעשו לפני הגשת מבחן כדי לבדוק את 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תרגול מסכם: מסלול שלם על טקסט – זיכרון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 במסלול הניווט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תחנה שואלים 'מה הכותרת מבטיחה לי?'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המבנה הנכון לתשובה מלאה על שאלת הבנה?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נימוק ודוגמה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טענה + נימוק +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דוגמה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תרגול מסכם: מסלול שלם על טקסט – תרגול עם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תחנת 'בזמן הקריאה' עוסקת בכתיבת סיכום של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SOS נועדו לרגעים שבהם נתקעים בטקסט או במילה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תרגול מסכם: מסלול שלם על טקסט – שימוש בכרטיסים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כותרת המשנה של הטקסט 'גינה על הגג' היא: איך גג מאובק הפך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בטקסט 'גינה על הגג' יש __________ פסקאות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תרגול מסכם: מסלול שלם על טקסט – התאמת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כתיבת סיכום קצר ומענה על 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נשימה והרגעה כשיש לחץ במבחן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סריקת כותרות משנה וחיזוי התוכן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כרטיסי SOS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סימון מילות מפתח ועצירה לבדיקת הבנה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מכירים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תחנה שייך כרטיס "כותרת – מה היא מבטיחה?"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כרטיס "סימון מילות מפתח" שייך לאיזו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כרטיסים יש בתחנה "אחרי הקריאה"?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כרטיס עוזר כשנתקלים במילה לא מוכרת תוך כדי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ניבוי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לא מוכרת – מבינים מההקשר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ידע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מורכבת ממנו "תשובה מלאה" לפי הכרטיס?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 בלבד ודוגמה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טענה + נימוק +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נימוק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כרטיס "ניהול זמן במבחן" שייך לאיזו קבוצת 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 SOS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ההבדל בין "שאלת איתור" ל"שאלת הסקה" בתחנת אחרי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איתור מוצאים ישירות בטקסט, הסקה דורשת קריאה בין השורות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הסקה קלה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איתור הוא רק בתחילת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על איזה טקסט מבוססות הדוגמאות בכל 30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בלי מסכים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הפתק בתוך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גינה על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נמלים מוצאות את הדרך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מיישמים את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שקראתם לאחרונה ותארו מה עשיתם בכל אחת משלוש התחנות: לפני, בזמן ואחרי הקריאה.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תשובה מלאה (טענה + נימוק + דוגמה) לשאלה: האם כדאי שבבית הספר תהיה גינה על הגג?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נתקעתם באמצע טקסט ארוך ולחוצים מהזמן – אילו שני כרטיסי SOS יעזרו לכם,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לפרט מה עושים בכל אחת מארבע התחנות של המסלול?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לבנות תשובה הכוללת טענה, נימוק ודוגמה?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כשנתקעים באמצע קריאה או במילה קשה?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כרטיסיות ניווט: איך מתמודדים עם טקסט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